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ולמנות את עשרת שמות הגוף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גוף ראשון, שני ושלישי,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נכון בכינויי חבור כמו שלי, לנו,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עשרה שמות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מתייחס לאדם זכר אחד שמדברים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שניהם מתייחסים למדבר עצמו, ביחיד וברבים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שם גוף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כינוי חבור ופירושו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(הספר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(הספר שלך)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(הספר שלו)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(הספר 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מחליפים שם בשם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הן הלכו לטיול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אנחנו נלך לסרט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בלי חזרות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להשתמש בלפחות שני שמות גוף שונים, המשפטים הגיוניים ותקינים דקדוקית, ואין חזרה מיותרת על אותו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אתה, את, אתם או אתן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חבור הוא סיומת שמתחברת למילה ומציינת שייכות, לדוגמה ספרי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אתם לאתן ובין הם להן, מכיוון שזו טעות נפוצה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במליאה על חלק הכתיבה הפתוח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עשרה שמות גוף שמחליפים שמות של אנשים, כמו אני, הוא או הן. כינויי חבור הם סיומות שמתחברות למילים ומראות שייכות, כמו ה-י במילה ספרי.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היא  ·  הוא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עשרה שמות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שם גוף מתאים לגוף ראשון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שם גוף מתאים לגוף שלישי רבים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הוא שם גוף בגוף שלישי יחיד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אני ואנחנו הם שמות גוף בגוף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שם גוף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הולך לבית הספר כל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תלמידה חרוצה ולומדת הרבה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כינוי חבור ופירושו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הספר שלו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ספרך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הספר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הספר שלך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הספר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מחליפים שם בשם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החליפו את המילים רותי ודנה בשם גוף מתאים: רותי ודנה הלכו לטיול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החליפו את המילים אני ואתה בשם גוף מתאים: אני ואתה נלך לסרט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בלי חזרות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קצרים על יום בבית הספר, והחליפו שמות חוזרים בכינויי גוף מתאימים כדי שלא תהיה חזרה מיותרת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שלושה שמות גוף בגוף שני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כינוי חבור?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