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ולמנות את עשרת שמות הגוף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גוף ראשון, שני ושלישי, ביחיד וברבים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ולהשתמש נכון בכינויי חבור כמו שלי, לנו,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עשרה שמות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גוף ראשון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מתייחס לאדם זכר אחד שמדברים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אתן הוא גוף שני רבים נקבה, לזכר אומרים אתם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שניהם מתייחסים למדבר עצמו, ביחיד וברבים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לדוגמה הסיומת י במילה ספרי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הם והן הם גוף שלישי רבים, זכר ונקבה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שם גוף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אתן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כינוי חבור ופירושו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(הספר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(הספר שלך)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(הספר שלו)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(הספר 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(הספר שלנו)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(הספר שלהם)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מחליפים שם בשם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הן הלכו לטיול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אנחנו נלך לסרט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הוא הסביר את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הם שיחקו בחצר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בלי חזרות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להשתמש בלפחות שני שמות גוף שונים, המשפטים הגיוניים ותקינים דקדוקית, ואין חזרה מיותרת על אותו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תקין שבו מילת היחס מחוברת נכון לכינוי הגוף, לדוגמה הלכתי אתו לקולנוע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אתה, את, אתם או אתן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כינוי חבור הוא סיומת שמתחברת למילה ומציינת שייכות, לדוגמה ספרי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חלק ההתאמה לפני המעבר לכתיבה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אתם לאתן ובין הם להן, מכיוון שזו טעות נפוצה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במליאה על חלק הכתיבה הפתוח לפני שהתלמידים כותבים 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מילים קצרות שמחליפות שם של אדם, כמו אני, אתה, הוא. יש גם סיומות קטנות שמתחברות למילה ואומרות למי זה שייך, כמו ספרי - הספר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שמחליפה שם של אדם, כמו אני או הוא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 חבור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סיומת שמתחברת למילה ומראה שייכות, כמו ה-י במילה ספרי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ראשון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המדבר מדבר על עצמו - אני, אנחנו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שני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מדברים אל מישהו - אתה, את, אתם, אתן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שלישי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מדברים על מישהו - הוא, היא, הם, 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מתייחס לאדם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מתייחס ליותר מאדם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יחס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כמו עם או ל, שיכולה להתחבר לכינוי גוף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עשרה שמות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אומרים כשמדברים על עצמי?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מתאימה לקבוצת בנים שמדברים עליהם?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פונים לבת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מספר שמות הגוף בעברית הוא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אחת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כשמדברים על קבוצה שכוללת אותי, איזה גוף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שני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ראשון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שלישי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 ראשון יחיד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הוא הוא שם גוף בגוף שלישי יחיד 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אתן מתאים לגוף שני רבים 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אני ואנחנו הם שמות גוף בגוף 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חבור יכול להתחבר כסיומת למילה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והן הם שניהם שמות גוף בגוף שני 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שם גוף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הולך לבית הספר כל בוקר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תלמידה חרוצה ולומדת הרבה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משחקים יחד בהפסקה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כשפונים לשתי בנות אומרים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כינוי חבור ופירושו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ספרי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הספר 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ספרך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הספר שלנו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ספרו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הספר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ספרה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הספר שלו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ספרנו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הספר שלהם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ספרם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הספר שלך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מחליפים שם בשם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החליפו את המילים רותי ודנה בשם גוף מתאים: רותי ודנה הלכו לטיול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החליפו את המילים אני ואתה בשם גוף מתאים: אני ואתה נלך לסרט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החליפו את המילה המורה בשם גוף מתאים: המורה הסביר את השיעור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החליפו את המילה הילדים בשם גוף מתאים: הילדים שיחקו בחצר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בלי חזרות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קצרים על יום בבית הספר, והחליפו שמות חוזרים בכינויי גוף מתאימים כדי שלא תהיה חזרה מיותרת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שיש בו מילת יחס עם כינוי חבור, כמו אתי או לנו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שלושה שמות גוף בגוף שני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כינוי חבור?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החליפו את המילה הילדה בשם גוף מתאים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גוף וכינויי גוף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