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ולמנות את עשרת שמות הגוף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 ראשון, שני ושלישי,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נכון בכינויי חבור כמו שלי,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עשרה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גוף ראשון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מתייחס לאדם זכר אחד שמדברים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אתן הוא גוף שני רבים נקבה, לזכר אומרים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שניהם מתייחסים למדבר עצמו, ביחיד וברבים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לדוגמה הסיומת י במילה ספרי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והן הם גוף שלישי רבים, זכר ונקבה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שם גוף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כינוי חבור ופירושו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(הספר שלך)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(הספר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(הספר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(הספר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(הספר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מחליפים שם בשם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הן הלכו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 נלך לסרט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הסביר את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בלי חזרות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להשתמש בלפחות שני שמות גוף שונים, המשפטים הגיוניים ותקינים דקדוקית, ואין חזרה מיותרת על אותו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שבו מילת היחס מחוברת נכון לכינוי הגוף, לדוגמה הלכתי אתו לקולנוע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אתה, את, אתם או אתן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חבור הוא סיומת שמתחברת למילה ומציינת שייכות, לדוגמה ספרי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אתם לאתן ובין הם להן, מכיוון שזו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במליאה על חלק הכתיבה הפתוח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עשרה שמות גוף שמחליפים שמות של אנשים, כמו אני, הוא או הן. כינויי חבור הם סיומות שמתחברות למילים ומראות שייכות, כמו ה-י במילה ספרי.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עשרה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גוף מתאים לגוף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שם גוף מתאים לגוף שלישי רבים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גוף הוא גוף שני יחיד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שמות גוף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שם גוף מתאים למשפט: ___ הולכים לבית הספר כל בוקר (אני ועוד ילדים)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הוא שם גוף בגוף שלישי יחיד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אתן מתאים לגוף שני רבים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ואנחנו הם שמות גוף בגוף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יכול להתחבר כסיומת למילה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והן הם שניהם שמות גוף בגוף שני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שם גוף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הולך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תלמידה חרוצה ולומדת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משחקים יחד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כשפונים לשתי בנות אומרים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כינוי חבור ופירושו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הספר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הספר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הספר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ספרנו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הספר שלך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ספרם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הספר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מחליפים שם בשם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החליפו את המילים רותי ודנה בשם גוף מתאים: רותי ודנה הלכו לטיול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החליפו את המילים אני ואתה בשם גוף מתאים: אני ואתה נלך לסרט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החליפו את המילה המורה בשם גוף מתאים: המורה הסביר את השיעור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החליפו את המילה הילדים בשם גוף מתאים: הילדים שיחקו בחצר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בלי 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יום בבית הספר, והחליפו שמות חוזרים בכינויי גוף מתאימים כדי שלא תהיה חזרה מיותרת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מילת יחס עם כינוי חבור, כמו אתי או 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שלושה שמות גוף בגוף שני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כינוי חבור?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את המילה הילדה בשם גוף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